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8FDD" w14:textId="77777777" w:rsidR="009E675A" w:rsidRPr="00A04B90" w:rsidRDefault="009E675A" w:rsidP="009E675A">
      <w:pPr>
        <w:jc w:val="center"/>
        <w:rPr>
          <w:b/>
          <w:bCs/>
          <w:sz w:val="24"/>
          <w:szCs w:val="24"/>
          <w:lang w:val="en-GB"/>
        </w:rPr>
      </w:pPr>
    </w:p>
    <w:p w14:paraId="2676ED13" w14:textId="77777777" w:rsidR="009E675A" w:rsidRPr="00A04B90" w:rsidRDefault="009E675A" w:rsidP="009E675A">
      <w:pPr>
        <w:jc w:val="center"/>
        <w:rPr>
          <w:b/>
          <w:bCs/>
          <w:sz w:val="24"/>
          <w:szCs w:val="24"/>
          <w:lang w:val="en-GB"/>
        </w:rPr>
      </w:pPr>
      <w:r w:rsidRPr="00A04B90">
        <w:rPr>
          <w:b/>
          <w:bCs/>
          <w:sz w:val="24"/>
          <w:szCs w:val="24"/>
          <w:lang w:val="en-GB"/>
        </w:rPr>
        <w:t>Youth, Peace and Security (YPS) Local Champions Awards</w:t>
      </w:r>
    </w:p>
    <w:p w14:paraId="3B71B8EF" w14:textId="77777777" w:rsidR="009E675A" w:rsidRPr="00A04B90" w:rsidRDefault="009E675A" w:rsidP="009E675A">
      <w:pPr>
        <w:jc w:val="center"/>
        <w:rPr>
          <w:b/>
          <w:bCs/>
          <w:sz w:val="24"/>
          <w:szCs w:val="24"/>
          <w:lang w:val="en-GB"/>
        </w:rPr>
      </w:pPr>
      <w:r w:rsidRPr="00A04B90">
        <w:rPr>
          <w:b/>
          <w:bCs/>
          <w:sz w:val="24"/>
          <w:szCs w:val="24"/>
          <w:lang w:val="en-GB"/>
        </w:rPr>
        <w:t>APPLICATION FORM</w:t>
      </w:r>
    </w:p>
    <w:p w14:paraId="14D08A29" w14:textId="77777777" w:rsidR="009E675A" w:rsidRPr="00BE73A5" w:rsidRDefault="009E675A" w:rsidP="009E675A">
      <w:pPr>
        <w:rPr>
          <w:lang w:val="en-GB"/>
        </w:rPr>
      </w:pPr>
    </w:p>
    <w:p w14:paraId="1F50F880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1. Basic Information</w:t>
      </w:r>
    </w:p>
    <w:p w14:paraId="005A036C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Municipality:</w:t>
      </w:r>
    </w:p>
    <w:p w14:paraId="1841ED33" w14:textId="77777777" w:rsidR="009E675A" w:rsidRPr="00BE73A5" w:rsidRDefault="009E675A" w:rsidP="009E675A">
      <w:pPr>
        <w:rPr>
          <w:lang w:val="en-GB"/>
        </w:rPr>
      </w:pPr>
      <w:r>
        <w:rPr>
          <w:b/>
          <w:bCs/>
          <w:lang w:val="en-GB"/>
        </w:rPr>
        <w:t>Western Balkan economy:</w:t>
      </w:r>
    </w:p>
    <w:p w14:paraId="34358264" w14:textId="77777777" w:rsidR="0012411F" w:rsidRDefault="00031A9F">
      <w:r>
        <w:rPr>
          <w:i/>
        </w:rPr>
        <w:t>Eligibility note: Municipalities from Montenegro are not eligible, as Montenegro is not a participating economy in the project.</w:t>
      </w:r>
    </w:p>
    <w:p w14:paraId="03D7F567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Population</w:t>
      </w:r>
      <w:r>
        <w:rPr>
          <w:b/>
          <w:bCs/>
          <w:lang w:val="en-GB"/>
        </w:rPr>
        <w:t xml:space="preserve"> of municipality</w:t>
      </w:r>
      <w:r w:rsidRPr="00BE73A5">
        <w:rPr>
          <w:b/>
          <w:bCs/>
          <w:lang w:val="en-GB"/>
        </w:rPr>
        <w:t>:</w:t>
      </w:r>
    </w:p>
    <w:p w14:paraId="0EEE2984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Contact person (Name, Position, Email, Telephone):</w:t>
      </w:r>
    </w:p>
    <w:p w14:paraId="61BB7029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NALAS Member Association:</w:t>
      </w:r>
    </w:p>
    <w:p w14:paraId="6ECAD279" w14:textId="77777777" w:rsidR="009E675A" w:rsidRPr="00BE73A5" w:rsidRDefault="009E675A" w:rsidP="009E675A">
      <w:pPr>
        <w:rPr>
          <w:lang w:val="en-GB"/>
        </w:rPr>
      </w:pPr>
    </w:p>
    <w:p w14:paraId="75F95647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2. Initiative Overview</w:t>
      </w:r>
    </w:p>
    <w:p w14:paraId="796FD867" w14:textId="77777777" w:rsidR="009E675A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Title of the initiative:</w:t>
      </w:r>
    </w:p>
    <w:p w14:paraId="2C642040" w14:textId="77777777" w:rsidR="00A04B90" w:rsidRPr="00BE73A5" w:rsidRDefault="00A04B90" w:rsidP="009E675A">
      <w:pPr>
        <w:rPr>
          <w:lang w:val="en-GB"/>
        </w:rPr>
      </w:pPr>
    </w:p>
    <w:p w14:paraId="52CDD5F0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Champion Award (please select one):</w:t>
      </w:r>
    </w:p>
    <w:p w14:paraId="3D952F08" w14:textId="77777777" w:rsidR="009E675A" w:rsidRPr="00BE73A5" w:rsidRDefault="00031A9F" w:rsidP="009E675A">
      <w:pPr>
        <w:rPr>
          <w:lang w:val="en-GB"/>
        </w:rPr>
      </w:pPr>
      <w:sdt>
        <w:sdtPr>
          <w:rPr>
            <w:rFonts w:ascii="Segoe UI Symbol" w:hAnsi="Segoe UI Symbol" w:cs="Segoe UI Symbol"/>
            <w:lang w:val="en-GB"/>
          </w:rPr>
          <w:id w:val="-1609656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cs="Segoe UI Symbol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 xml:space="preserve"> Youth Voice Champion</w:t>
      </w:r>
    </w:p>
    <w:p w14:paraId="1F3A0D64" w14:textId="77777777" w:rsidR="009E675A" w:rsidRPr="00BE73A5" w:rsidRDefault="00031A9F" w:rsidP="009E675A">
      <w:pPr>
        <w:rPr>
          <w:lang w:val="en-GB"/>
        </w:rPr>
      </w:pPr>
      <w:sdt>
        <w:sdtPr>
          <w:rPr>
            <w:lang w:val="en-GB"/>
          </w:rPr>
          <w:id w:val="70400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A9D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47A9D">
        <w:rPr>
          <w:lang w:val="en-GB"/>
        </w:rPr>
        <w:t xml:space="preserve"> </w:t>
      </w:r>
      <w:r w:rsidR="009E675A" w:rsidRPr="00BE73A5">
        <w:rPr>
          <w:lang w:val="en-GB"/>
        </w:rPr>
        <w:t>Safe Communities Champion</w:t>
      </w:r>
    </w:p>
    <w:p w14:paraId="112073BF" w14:textId="77777777" w:rsidR="009E675A" w:rsidRPr="00BE73A5" w:rsidRDefault="00031A9F" w:rsidP="009E675A">
      <w:pPr>
        <w:rPr>
          <w:lang w:val="en-GB"/>
        </w:rPr>
      </w:pPr>
      <w:sdt>
        <w:sdtPr>
          <w:rPr>
            <w:lang w:val="en-GB"/>
          </w:rPr>
          <w:id w:val="-15062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47A9D">
        <w:rPr>
          <w:lang w:val="en-GB"/>
        </w:rPr>
        <w:t xml:space="preserve"> </w:t>
      </w:r>
      <w:r w:rsidR="009E675A" w:rsidRPr="00BE73A5">
        <w:rPr>
          <w:lang w:val="en-GB"/>
        </w:rPr>
        <w:t>Peacebuilding Champion</w:t>
      </w:r>
    </w:p>
    <w:p w14:paraId="250525A1" w14:textId="77777777" w:rsidR="009E675A" w:rsidRPr="00BE73A5" w:rsidRDefault="00031A9F" w:rsidP="009E675A">
      <w:pPr>
        <w:rPr>
          <w:lang w:val="en-GB"/>
        </w:rPr>
      </w:pPr>
      <w:sdt>
        <w:sdtPr>
          <w:rPr>
            <w:lang w:val="en-GB"/>
          </w:rPr>
          <w:id w:val="-91084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 xml:space="preserve"> Partnerships Champion</w:t>
      </w:r>
    </w:p>
    <w:p w14:paraId="518150A7" w14:textId="77777777" w:rsidR="009E675A" w:rsidRDefault="00031A9F" w:rsidP="009E675A">
      <w:pPr>
        <w:rPr>
          <w:lang w:val="en-GB"/>
        </w:rPr>
      </w:pPr>
      <w:sdt>
        <w:sdtPr>
          <w:rPr>
            <w:lang w:val="en-GB"/>
          </w:rPr>
          <w:id w:val="-177570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47A9D">
        <w:rPr>
          <w:lang w:val="en-GB"/>
        </w:rPr>
        <w:t xml:space="preserve"> </w:t>
      </w:r>
      <w:r w:rsidR="009E675A" w:rsidRPr="00BE73A5">
        <w:rPr>
          <w:lang w:val="en-GB"/>
        </w:rPr>
        <w:t>Inclusive Futures Champion</w:t>
      </w:r>
    </w:p>
    <w:p w14:paraId="5A3AB327" w14:textId="77777777" w:rsidR="00A04B90" w:rsidRPr="00BE73A5" w:rsidRDefault="00A04B90" w:rsidP="009E675A">
      <w:pPr>
        <w:rPr>
          <w:lang w:val="en-GB"/>
        </w:rPr>
      </w:pPr>
    </w:p>
    <w:p w14:paraId="68FFF53A" w14:textId="77777777" w:rsidR="009E675A" w:rsidRPr="00BE73A5" w:rsidRDefault="009E675A" w:rsidP="009E675A">
      <w:pPr>
        <w:rPr>
          <w:lang w:val="en-GB"/>
        </w:rPr>
      </w:pPr>
    </w:p>
    <w:p w14:paraId="3E6F94C0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lastRenderedPageBreak/>
        <w:t>3. Description of the Initiative (Max. 500 words)</w:t>
      </w:r>
    </w:p>
    <w:p w14:paraId="59AA6C0E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briefly describe:</w:t>
      </w:r>
    </w:p>
    <w:p w14:paraId="7A003AE9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The local challenge addressed; </w:t>
      </w:r>
    </w:p>
    <w:p w14:paraId="75E0F713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The objectives of the initiative; </w:t>
      </w:r>
    </w:p>
    <w:p w14:paraId="52738C9C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Key activities implemented; </w:t>
      </w:r>
    </w:p>
    <w:p w14:paraId="35E62E7D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Main stakeholders involved; </w:t>
      </w:r>
    </w:p>
    <w:p w14:paraId="4521A4F9" w14:textId="53D23BB7" w:rsidR="00A04B90" w:rsidRPr="00031A9F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How the initiative contributes to the selected Champion Award. </w:t>
      </w:r>
    </w:p>
    <w:p w14:paraId="24D7EB77" w14:textId="77777777" w:rsidR="00A04B90" w:rsidRPr="00BE73A5" w:rsidRDefault="00A04B90" w:rsidP="009E675A">
      <w:pPr>
        <w:rPr>
          <w:lang w:val="en-GB"/>
        </w:rPr>
      </w:pPr>
    </w:p>
    <w:p w14:paraId="769F450A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4. Results and Impact (Max. 400 words)</w:t>
      </w:r>
    </w:p>
    <w:p w14:paraId="57289AB9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What changed as a result of this initiative?</w:t>
      </w:r>
    </w:p>
    <w:p w14:paraId="4BC4A26B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describe the following aspects:</w:t>
      </w:r>
    </w:p>
    <w:p w14:paraId="5197BC56" w14:textId="77777777" w:rsidR="009E675A" w:rsidRPr="002569CE" w:rsidRDefault="009E675A" w:rsidP="009E675A">
      <w:pPr>
        <w:pStyle w:val="ListParagraph"/>
        <w:numPr>
          <w:ilvl w:val="0"/>
          <w:numId w:val="27"/>
        </w:numPr>
        <w:rPr>
          <w:lang w:val="en-GB"/>
        </w:rPr>
      </w:pPr>
      <w:r w:rsidRPr="009A0B44">
        <w:rPr>
          <w:lang w:val="en-GB"/>
        </w:rPr>
        <w:t>Benefits for young people</w:t>
      </w:r>
    </w:p>
    <w:p w14:paraId="45210470" w14:textId="77777777" w:rsidR="009E675A" w:rsidRPr="002569CE" w:rsidRDefault="009E675A" w:rsidP="009E675A">
      <w:pPr>
        <w:pStyle w:val="ListParagraph"/>
        <w:numPr>
          <w:ilvl w:val="0"/>
          <w:numId w:val="27"/>
        </w:numPr>
        <w:rPr>
          <w:lang w:val="en-GB"/>
        </w:rPr>
      </w:pPr>
      <w:r w:rsidRPr="009A0B44">
        <w:rPr>
          <w:lang w:val="en-GB"/>
        </w:rPr>
        <w:t>Benefits for the municipality and/or local community</w:t>
      </w:r>
    </w:p>
    <w:p w14:paraId="1EB40452" w14:textId="77777777" w:rsidR="009E675A" w:rsidRPr="002569CE" w:rsidRDefault="009E675A" w:rsidP="009E675A">
      <w:pPr>
        <w:pStyle w:val="ListParagraph"/>
        <w:numPr>
          <w:ilvl w:val="0"/>
          <w:numId w:val="27"/>
        </w:numPr>
        <w:rPr>
          <w:lang w:val="en-GB"/>
        </w:rPr>
      </w:pPr>
      <w:r w:rsidRPr="009A0B44">
        <w:rPr>
          <w:lang w:val="en-GB"/>
        </w:rPr>
        <w:t>Key measurable results and evidence of impact (where applicable)</w:t>
      </w:r>
    </w:p>
    <w:p w14:paraId="7B168A23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Examples may include:</w:t>
      </w:r>
    </w:p>
    <w:p w14:paraId="2ABE6471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Number of young people engaged; </w:t>
      </w:r>
    </w:p>
    <w:p w14:paraId="6520031D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Number of activities implemented; </w:t>
      </w:r>
    </w:p>
    <w:p w14:paraId="182454FE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Partnerships established; </w:t>
      </w:r>
    </w:p>
    <w:p w14:paraId="44DD4580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Policies or local actions adopted; </w:t>
      </w:r>
    </w:p>
    <w:p w14:paraId="218A39E8" w14:textId="6517C1A3" w:rsidR="009E675A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Other measurable results. </w:t>
      </w:r>
    </w:p>
    <w:p w14:paraId="6CAE0C0F" w14:textId="77777777" w:rsidR="00A04B90" w:rsidRPr="00A04B90" w:rsidRDefault="00A04B90" w:rsidP="00A04B90">
      <w:pPr>
        <w:ind w:left="720"/>
        <w:rPr>
          <w:lang w:val="en-GB"/>
        </w:rPr>
      </w:pPr>
    </w:p>
    <w:p w14:paraId="4EDC3C57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5. Innovation, Sustainability and Future Plans (Max. 300 words)</w:t>
      </w:r>
    </w:p>
    <w:p w14:paraId="7203C53F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describe:</w:t>
      </w:r>
    </w:p>
    <w:p w14:paraId="15B2F474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What makes this initiative innovative or different from previous or existing approaches; </w:t>
      </w:r>
    </w:p>
    <w:p w14:paraId="0D58D5A5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How the initiative will continue; </w:t>
      </w:r>
    </w:p>
    <w:p w14:paraId="2408C3B4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lastRenderedPageBreak/>
        <w:t xml:space="preserve">How it has been integrated into municipal strategies, action plans or budget frameworks; </w:t>
      </w:r>
    </w:p>
    <w:p w14:paraId="7F48A308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How it could inspire or be replicated by other municipalities. </w:t>
      </w:r>
    </w:p>
    <w:p w14:paraId="20A37786" w14:textId="77777777" w:rsidR="009E675A" w:rsidRPr="00BE73A5" w:rsidRDefault="009E675A" w:rsidP="009E675A">
      <w:pPr>
        <w:rPr>
          <w:lang w:val="en-GB"/>
        </w:rPr>
      </w:pPr>
    </w:p>
    <w:p w14:paraId="3A2D0ED8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6. Youth Participation and Leadership (Max. 250 words)</w:t>
      </w:r>
    </w:p>
    <w:p w14:paraId="6D9F5307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describe:</w:t>
      </w:r>
    </w:p>
    <w:p w14:paraId="1441163A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How young people participated in identifying local needs; </w:t>
      </w:r>
    </w:p>
    <w:p w14:paraId="1FFE6B17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How they were involved in planning, decision-making and implementation; </w:t>
      </w:r>
    </w:p>
    <w:p w14:paraId="7E5F17C9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What leadership role young people played throughout the initiative; </w:t>
      </w:r>
    </w:p>
    <w:p w14:paraId="21207055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How the initiative promoted inclusion, diversity and equal opportunities. </w:t>
      </w:r>
    </w:p>
    <w:p w14:paraId="74823F86" w14:textId="77777777" w:rsidR="009E675A" w:rsidRPr="00BE73A5" w:rsidRDefault="009E675A" w:rsidP="009E675A">
      <w:pPr>
        <w:rPr>
          <w:lang w:val="en-GB"/>
        </w:rPr>
      </w:pPr>
    </w:p>
    <w:p w14:paraId="43CBDEEE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7. Supporting Materials</w:t>
      </w:r>
    </w:p>
    <w:p w14:paraId="7F3435FC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 xml:space="preserve">Please attach relevant materials </w:t>
      </w:r>
      <w:r w:rsidRPr="00BE73A5">
        <w:rPr>
          <w:i/>
          <w:iCs/>
          <w:lang w:val="en-GB"/>
        </w:rPr>
        <w:t>(maximum five attachments).</w:t>
      </w:r>
    </w:p>
    <w:p w14:paraId="11080979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Photos</w:t>
      </w:r>
    </w:p>
    <w:p w14:paraId="7C60236C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Reports or monitoring data</w:t>
      </w:r>
    </w:p>
    <w:p w14:paraId="0F3BD67B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Municipal decision or strategy reference</w:t>
      </w:r>
    </w:p>
    <w:p w14:paraId="059FE40F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Local action plan or policy document</w:t>
      </w:r>
    </w:p>
    <w:p w14:paraId="61FCCFD7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Media coverage</w:t>
      </w:r>
    </w:p>
    <w:p w14:paraId="3ABE5461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Videos</w:t>
      </w:r>
    </w:p>
    <w:p w14:paraId="32B7EEF2" w14:textId="77777777" w:rsidR="009E675A" w:rsidRPr="00BE73A5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Testimonials</w:t>
      </w:r>
    </w:p>
    <w:p w14:paraId="291D5439" w14:textId="4349C2A8" w:rsidR="00A04B90" w:rsidRDefault="009E675A" w:rsidP="009E675A">
      <w:pPr>
        <w:rPr>
          <w:lang w:val="en-GB"/>
        </w:rPr>
      </w:pPr>
      <w:r w:rsidRPr="00BE73A5">
        <w:rPr>
          <w:rFonts w:ascii="Segoe UI Symbol" w:hAnsi="Segoe UI Symbol" w:cs="Segoe UI Symbol"/>
          <w:lang w:val="en-GB"/>
        </w:rPr>
        <w:t>☐</w:t>
      </w:r>
      <w:r w:rsidRPr="00BE73A5">
        <w:rPr>
          <w:lang w:val="en-GB"/>
        </w:rPr>
        <w:t xml:space="preserve"> Other</w:t>
      </w:r>
    </w:p>
    <w:p w14:paraId="24B514CC" w14:textId="77777777" w:rsidR="00031A9F" w:rsidRPr="00BE73A5" w:rsidRDefault="00031A9F" w:rsidP="009E675A">
      <w:pPr>
        <w:rPr>
          <w:lang w:val="en-GB"/>
        </w:rPr>
      </w:pPr>
    </w:p>
    <w:p w14:paraId="40154448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8. Declaration</w:t>
      </w:r>
    </w:p>
    <w:p w14:paraId="0AE957D9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I confirm that the information provided is accurate and that the initiative has been implemented or is currently being implemented by the municipality.</w:t>
      </w:r>
    </w:p>
    <w:p w14:paraId="34DBE391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lastRenderedPageBreak/>
        <w:t>Name and signature of Mayor / Authorized Representative:</w:t>
      </w:r>
    </w:p>
    <w:p w14:paraId="72B6134E" w14:textId="77777777" w:rsidR="009E675A" w:rsidRPr="00BE73A5" w:rsidRDefault="009E675A" w:rsidP="009E675A">
      <w:pPr>
        <w:rPr>
          <w:lang w:val="en-GB"/>
        </w:rPr>
      </w:pPr>
    </w:p>
    <w:p w14:paraId="4E0F8B2D" w14:textId="77777777" w:rsidR="00B56FCB" w:rsidRPr="00147A9D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Date:</w:t>
      </w:r>
    </w:p>
    <w:sectPr w:rsidR="00B56FCB" w:rsidRPr="00147A9D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3DBB" w14:textId="77777777" w:rsidR="009A3F35" w:rsidRDefault="009A3F35">
      <w:pPr>
        <w:spacing w:after="0" w:line="240" w:lineRule="auto"/>
      </w:pPr>
      <w:r>
        <w:separator/>
      </w:r>
    </w:p>
  </w:endnote>
  <w:endnote w:type="continuationSeparator" w:id="0">
    <w:p w14:paraId="09A4BC83" w14:textId="77777777" w:rsidR="009A3F35" w:rsidRDefault="009A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8DB7" w14:textId="77777777" w:rsidR="00F45497" w:rsidRDefault="00F45497">
    <w:pPr>
      <w:pStyle w:val="Footer"/>
    </w:pPr>
    <w:r>
      <w:rPr>
        <w:noProof/>
      </w:rPr>
      <w:drawing>
        <wp:inline distT="0" distB="0" distL="0" distR="0" wp14:anchorId="3C0AC857" wp14:editId="04B47857">
          <wp:extent cx="1325880" cy="373886"/>
          <wp:effectExtent l="0" t="0" r="0" b="0"/>
          <wp:docPr id="1882194726" name="Picture 1882194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 ramka fi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5880" cy="373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A796711" wp14:editId="3E73B943">
          <wp:extent cx="500925" cy="475487"/>
          <wp:effectExtent l="0" t="0" r="0" b="0"/>
          <wp:docPr id="838520624" name="Picture 838520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bf(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00925" cy="475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239F" w14:textId="77777777" w:rsidR="009A3F35" w:rsidRDefault="009A3F35">
      <w:pPr>
        <w:spacing w:after="0" w:line="240" w:lineRule="auto"/>
      </w:pPr>
      <w:bookmarkStart w:id="0" w:name="_Hlk236904816"/>
      <w:bookmarkEnd w:id="0"/>
      <w:r>
        <w:separator/>
      </w:r>
    </w:p>
  </w:footnote>
  <w:footnote w:type="continuationSeparator" w:id="0">
    <w:p w14:paraId="023926F1" w14:textId="77777777" w:rsidR="009A3F35" w:rsidRDefault="009A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4EF3" w14:textId="77777777" w:rsidR="00C753C6" w:rsidRDefault="00C753C6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914"/>
      <w:gridCol w:w="1491"/>
      <w:gridCol w:w="2160"/>
      <w:gridCol w:w="1491"/>
      <w:gridCol w:w="1584"/>
    </w:tblGrid>
    <w:tr w:rsidR="00E168B6" w14:paraId="3433C7BA" w14:textId="77777777">
      <w:trPr>
        <w:jc w:val="center"/>
      </w:trPr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199E2A" w14:textId="77777777" w:rsidR="00C753C6" w:rsidRDefault="00FA55C9">
          <w:pPr>
            <w:jc w:val="center"/>
          </w:pPr>
          <w:r>
            <w:rPr>
              <w:noProof/>
            </w:rPr>
            <w:drawing>
              <wp:inline distT="0" distB="0" distL="0" distR="0" wp14:anchorId="2312C17A" wp14:editId="21951AD2">
                <wp:extent cx="1048221" cy="669290"/>
                <wp:effectExtent l="0" t="0" r="0" b="0"/>
                <wp:docPr id="954488694" name="Picture 9544886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LAS-logo full name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3906" cy="679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D57B96" w14:textId="77777777" w:rsidR="00C753C6" w:rsidRDefault="00C753C6" w:rsidP="008C2303"/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F30A87" w14:textId="77777777" w:rsidR="00C753C6" w:rsidRDefault="00F45497" w:rsidP="008C2303">
          <w:r>
            <w:rPr>
              <w:noProof/>
            </w:rPr>
            <w:drawing>
              <wp:inline distT="0" distB="0" distL="0" distR="0" wp14:anchorId="7032B849" wp14:editId="64D4CC17">
                <wp:extent cx="1234440" cy="249949"/>
                <wp:effectExtent l="0" t="0" r="0" b="0"/>
                <wp:docPr id="1769366906" name="Picture 17693669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YOUth 2023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249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E79922" w14:textId="77777777" w:rsidR="00C753C6" w:rsidRDefault="00C753C6">
          <w:pPr>
            <w:jc w:val="center"/>
          </w:pPr>
        </w:p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EAA11E" w14:textId="77777777" w:rsidR="00C753C6" w:rsidRDefault="00FA55C9">
          <w:pPr>
            <w:jc w:val="center"/>
          </w:pPr>
          <w:r>
            <w:rPr>
              <w:noProof/>
            </w:rPr>
            <w:drawing>
              <wp:inline distT="0" distB="0" distL="0" distR="0" wp14:anchorId="52A68D0F" wp14:editId="5A7E5835">
                <wp:extent cx="234725" cy="475486"/>
                <wp:effectExtent l="0" t="0" r="0" b="0"/>
                <wp:docPr id="2094927191" name="Picture 2094927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dp(1)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725" cy="4754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16776"/>
    <w:multiLevelType w:val="multilevel"/>
    <w:tmpl w:val="B412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771868"/>
    <w:multiLevelType w:val="multilevel"/>
    <w:tmpl w:val="134E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732B3"/>
    <w:multiLevelType w:val="multilevel"/>
    <w:tmpl w:val="9294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F769FB"/>
    <w:multiLevelType w:val="multilevel"/>
    <w:tmpl w:val="1EB2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EC771F"/>
    <w:multiLevelType w:val="multilevel"/>
    <w:tmpl w:val="558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16A05"/>
    <w:multiLevelType w:val="multilevel"/>
    <w:tmpl w:val="0D5C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27F32"/>
    <w:multiLevelType w:val="multilevel"/>
    <w:tmpl w:val="EAB6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95BF4"/>
    <w:multiLevelType w:val="multilevel"/>
    <w:tmpl w:val="F04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A27F7"/>
    <w:multiLevelType w:val="multilevel"/>
    <w:tmpl w:val="B76C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93E53"/>
    <w:multiLevelType w:val="multilevel"/>
    <w:tmpl w:val="80E2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410ED"/>
    <w:multiLevelType w:val="multilevel"/>
    <w:tmpl w:val="133A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2C395A"/>
    <w:multiLevelType w:val="multilevel"/>
    <w:tmpl w:val="FF44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76F21"/>
    <w:multiLevelType w:val="multilevel"/>
    <w:tmpl w:val="46BA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73061"/>
    <w:multiLevelType w:val="multilevel"/>
    <w:tmpl w:val="47D4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790E7C"/>
    <w:multiLevelType w:val="multilevel"/>
    <w:tmpl w:val="9B58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C0519"/>
    <w:multiLevelType w:val="multilevel"/>
    <w:tmpl w:val="630A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C904B7"/>
    <w:multiLevelType w:val="hybridMultilevel"/>
    <w:tmpl w:val="4002129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7F07C5"/>
    <w:multiLevelType w:val="multilevel"/>
    <w:tmpl w:val="795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276640">
    <w:abstractNumId w:val="8"/>
  </w:num>
  <w:num w:numId="2" w16cid:durableId="1288659445">
    <w:abstractNumId w:val="6"/>
  </w:num>
  <w:num w:numId="3" w16cid:durableId="1046758895">
    <w:abstractNumId w:val="5"/>
  </w:num>
  <w:num w:numId="4" w16cid:durableId="591160371">
    <w:abstractNumId w:val="4"/>
  </w:num>
  <w:num w:numId="5" w16cid:durableId="985352751">
    <w:abstractNumId w:val="7"/>
  </w:num>
  <w:num w:numId="6" w16cid:durableId="780412708">
    <w:abstractNumId w:val="3"/>
  </w:num>
  <w:num w:numId="7" w16cid:durableId="1464810301">
    <w:abstractNumId w:val="2"/>
  </w:num>
  <w:num w:numId="8" w16cid:durableId="333842333">
    <w:abstractNumId w:val="1"/>
  </w:num>
  <w:num w:numId="9" w16cid:durableId="971516399">
    <w:abstractNumId w:val="0"/>
  </w:num>
  <w:num w:numId="10" w16cid:durableId="1198275233">
    <w:abstractNumId w:val="22"/>
  </w:num>
  <w:num w:numId="11" w16cid:durableId="1571579301">
    <w:abstractNumId w:val="21"/>
  </w:num>
  <w:num w:numId="12" w16cid:durableId="606817972">
    <w:abstractNumId w:val="15"/>
  </w:num>
  <w:num w:numId="13" w16cid:durableId="1371226866">
    <w:abstractNumId w:val="9"/>
  </w:num>
  <w:num w:numId="14" w16cid:durableId="1090856520">
    <w:abstractNumId w:val="26"/>
  </w:num>
  <w:num w:numId="15" w16cid:durableId="348991544">
    <w:abstractNumId w:val="18"/>
  </w:num>
  <w:num w:numId="16" w16cid:durableId="487018204">
    <w:abstractNumId w:val="10"/>
  </w:num>
  <w:num w:numId="17" w16cid:durableId="352878466">
    <w:abstractNumId w:val="11"/>
  </w:num>
  <w:num w:numId="18" w16cid:durableId="1310548893">
    <w:abstractNumId w:val="23"/>
  </w:num>
  <w:num w:numId="19" w16cid:durableId="362095593">
    <w:abstractNumId w:val="14"/>
  </w:num>
  <w:num w:numId="20" w16cid:durableId="1959144277">
    <w:abstractNumId w:val="16"/>
  </w:num>
  <w:num w:numId="21" w16cid:durableId="1424957479">
    <w:abstractNumId w:val="13"/>
  </w:num>
  <w:num w:numId="22" w16cid:durableId="1962490814">
    <w:abstractNumId w:val="17"/>
  </w:num>
  <w:num w:numId="23" w16cid:durableId="1889679409">
    <w:abstractNumId w:val="12"/>
  </w:num>
  <w:num w:numId="24" w16cid:durableId="1981425218">
    <w:abstractNumId w:val="19"/>
  </w:num>
  <w:num w:numId="25" w16cid:durableId="435908794">
    <w:abstractNumId w:val="20"/>
  </w:num>
  <w:num w:numId="26" w16cid:durableId="1507206809">
    <w:abstractNumId w:val="24"/>
  </w:num>
  <w:num w:numId="27" w16cid:durableId="6064977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D5"/>
    <w:rsid w:val="00031A9F"/>
    <w:rsid w:val="00034616"/>
    <w:rsid w:val="00042337"/>
    <w:rsid w:val="0006063C"/>
    <w:rsid w:val="0012411F"/>
    <w:rsid w:val="00141857"/>
    <w:rsid w:val="00147A9D"/>
    <w:rsid w:val="0015074B"/>
    <w:rsid w:val="00171F98"/>
    <w:rsid w:val="00173052"/>
    <w:rsid w:val="001A753D"/>
    <w:rsid w:val="001B308C"/>
    <w:rsid w:val="002600AD"/>
    <w:rsid w:val="0028647C"/>
    <w:rsid w:val="0029639D"/>
    <w:rsid w:val="002B45E1"/>
    <w:rsid w:val="002D5B00"/>
    <w:rsid w:val="00324978"/>
    <w:rsid w:val="00326F90"/>
    <w:rsid w:val="00356C88"/>
    <w:rsid w:val="003607CC"/>
    <w:rsid w:val="00396107"/>
    <w:rsid w:val="003E6DA8"/>
    <w:rsid w:val="0044022D"/>
    <w:rsid w:val="00535A14"/>
    <w:rsid w:val="00684CDB"/>
    <w:rsid w:val="00696FB1"/>
    <w:rsid w:val="006F00D5"/>
    <w:rsid w:val="006F090D"/>
    <w:rsid w:val="00733140"/>
    <w:rsid w:val="007433B4"/>
    <w:rsid w:val="007C1BB7"/>
    <w:rsid w:val="007E6632"/>
    <w:rsid w:val="00845981"/>
    <w:rsid w:val="00885CDD"/>
    <w:rsid w:val="008C2303"/>
    <w:rsid w:val="00904326"/>
    <w:rsid w:val="00912958"/>
    <w:rsid w:val="009542EE"/>
    <w:rsid w:val="009A3F35"/>
    <w:rsid w:val="009A7601"/>
    <w:rsid w:val="009C21AE"/>
    <w:rsid w:val="009C4B9D"/>
    <w:rsid w:val="009D7629"/>
    <w:rsid w:val="009E675A"/>
    <w:rsid w:val="009F01CF"/>
    <w:rsid w:val="00A04B90"/>
    <w:rsid w:val="00AA1D8D"/>
    <w:rsid w:val="00AB7542"/>
    <w:rsid w:val="00AF2988"/>
    <w:rsid w:val="00B05D8F"/>
    <w:rsid w:val="00B47730"/>
    <w:rsid w:val="00B56FCB"/>
    <w:rsid w:val="00B97CEF"/>
    <w:rsid w:val="00BC537A"/>
    <w:rsid w:val="00C37BC1"/>
    <w:rsid w:val="00C4234C"/>
    <w:rsid w:val="00C7177A"/>
    <w:rsid w:val="00C753C6"/>
    <w:rsid w:val="00C86E6A"/>
    <w:rsid w:val="00CB0664"/>
    <w:rsid w:val="00DA3DE8"/>
    <w:rsid w:val="00DB0E9D"/>
    <w:rsid w:val="00E106B5"/>
    <w:rsid w:val="00E168B6"/>
    <w:rsid w:val="00EE709F"/>
    <w:rsid w:val="00EF66D3"/>
    <w:rsid w:val="00F45497"/>
    <w:rsid w:val="00F57E37"/>
    <w:rsid w:val="00FA346A"/>
    <w:rsid w:val="00FA55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FDEFF"/>
  <w14:defaultImageDpi w14:val="330"/>
  <w15:docId w15:val="{92E4E8DE-D090-4904-98D0-391D692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423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3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34C"/>
    <w:rPr>
      <w:vertAlign w:val="superscript"/>
    </w:rPr>
  </w:style>
  <w:style w:type="paragraph" w:styleId="Revision">
    <w:name w:val="Revision"/>
    <w:hidden/>
    <w:uiPriority w:val="99"/>
    <w:semiHidden/>
    <w:rsid w:val="00EF66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6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F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c2a7-68b9-4ffc-8523-5352df23c322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2A9BE39A05C4781418602AC9C147B" ma:contentTypeVersion="16" ma:contentTypeDescription="Create a new document." ma:contentTypeScope="" ma:versionID="02f1192c920442c5ddc9fd7edd013aa0">
  <xsd:schema xmlns:xsd="http://www.w3.org/2001/XMLSchema" xmlns:xs="http://www.w3.org/2001/XMLSchema" xmlns:p="http://schemas.microsoft.com/office/2006/metadata/properties" xmlns:ns2="94c7c2a7-68b9-4ffc-8523-5352df23c322" xmlns:ns3="501a680d-a2ed-40b3-be0d-61edd474576e" xmlns:ns4="5366d434-5cfa-4aae-9209-c2514e6d1c20" targetNamespace="http://schemas.microsoft.com/office/2006/metadata/properties" ma:root="true" ma:fieldsID="81cc57f635457d83c0ca303b45fbc9d4" ns2:_="" ns3:_="" ns4:_="">
    <xsd:import namespace="94c7c2a7-68b9-4ffc-8523-5352df23c322"/>
    <xsd:import namespace="501a680d-a2ed-40b3-be0d-61edd474576e"/>
    <xsd:import namespace="5366d434-5cfa-4aae-9209-c2514e6d1c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c2a7-68b9-4ffc-8523-5352df23c3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73728-0397-4298-B6C8-0A7B9FDD0B9F}">
  <ds:schemaRefs>
    <ds:schemaRef ds:uri="http://schemas.microsoft.com/office/2006/metadata/properties"/>
    <ds:schemaRef ds:uri="http://schemas.microsoft.com/office/infopath/2007/PartnerControls"/>
    <ds:schemaRef ds:uri="94c7c2a7-68b9-4ffc-8523-5352df23c322"/>
    <ds:schemaRef ds:uri="501a680d-a2ed-40b3-be0d-61edd474576e"/>
  </ds:schemaRefs>
</ds:datastoreItem>
</file>

<file path=customXml/itemProps3.xml><?xml version="1.0" encoding="utf-8"?>
<ds:datastoreItem xmlns:ds="http://schemas.openxmlformats.org/officeDocument/2006/customXml" ds:itemID="{6EB891D5-801D-4ED7-B604-F38689B7B9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CC5EA5-A787-4579-989E-52E9B1D3E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c2a7-68b9-4ffc-8523-5352df23c322"/>
    <ds:schemaRef ds:uri="501a680d-a2ed-40b3-be0d-61edd474576e"/>
    <ds:schemaRef ds:uri="5366d434-5cfa-4aae-9209-c2514e6d1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Amet</dc:creator>
  <cp:keywords/>
  <dc:description>generated by python-docx</dc:description>
  <cp:lastModifiedBy>Semra Amet</cp:lastModifiedBy>
  <cp:revision>2</cp:revision>
  <dcterms:created xsi:type="dcterms:W3CDTF">2026-08-26T11:32:00Z</dcterms:created>
  <dcterms:modified xsi:type="dcterms:W3CDTF">2026-08-26T11:32:00Z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0x0101001DA2A9BE39A05C4781418602AC9C147B</vt:lpwstr>
  </property>
  <property fmtid="{D5CDD505-2E9C-101B-9397-08002B2CF9AE}" pid="3" name="MediaServiceImageTags">
    <vt:lpwstr/>
  </property>
</Properties>
</file>